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AC1C" w14:textId="77777777" w:rsidR="00A02C08" w:rsidRPr="0079687C" w:rsidRDefault="00A02C08" w:rsidP="00A02C08">
      <w:pPr>
        <w:pStyle w:val="Nagwek"/>
        <w:jc w:val="right"/>
        <w:rPr>
          <w:rFonts w:ascii="Times New Roman" w:hAnsi="Times New Roman" w:cs="Times New Roman"/>
          <w:i/>
        </w:rPr>
      </w:pPr>
      <w:proofErr w:type="spellStart"/>
      <w:r w:rsidRPr="0079687C">
        <w:rPr>
          <w:rFonts w:ascii="Times New Roman" w:hAnsi="Times New Roman" w:cs="Times New Roman"/>
          <w:i/>
        </w:rPr>
        <w:t>Załącznik</w:t>
      </w:r>
      <w:proofErr w:type="spellEnd"/>
      <w:r w:rsidRPr="0079687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nr 1 do </w:t>
      </w:r>
      <w:proofErr w:type="spellStart"/>
      <w:r>
        <w:rPr>
          <w:rFonts w:ascii="Times New Roman" w:hAnsi="Times New Roman" w:cs="Times New Roman"/>
          <w:i/>
        </w:rPr>
        <w:t>z</w:t>
      </w:r>
      <w:r w:rsidRPr="0079687C">
        <w:rPr>
          <w:rFonts w:ascii="Times New Roman" w:hAnsi="Times New Roman" w:cs="Times New Roman"/>
          <w:i/>
        </w:rPr>
        <w:t>arządzenia</w:t>
      </w:r>
      <w:proofErr w:type="spellEnd"/>
      <w:r w:rsidRPr="0079687C">
        <w:rPr>
          <w:rFonts w:ascii="Times New Roman" w:hAnsi="Times New Roman" w:cs="Times New Roman"/>
          <w:i/>
        </w:rPr>
        <w:t xml:space="preserve"> </w:t>
      </w:r>
    </w:p>
    <w:p w14:paraId="7B249725" w14:textId="4E19F508" w:rsidR="00A02C08" w:rsidRPr="0079687C" w:rsidRDefault="00A02C08" w:rsidP="00A02C08">
      <w:pPr>
        <w:pStyle w:val="Nagwek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nr WO/</w:t>
      </w:r>
      <w:r w:rsidR="00B33C5A">
        <w:rPr>
          <w:rFonts w:ascii="Times New Roman" w:hAnsi="Times New Roman" w:cs="Times New Roman"/>
          <w:i/>
        </w:rPr>
        <w:t>184</w:t>
      </w:r>
      <w:r>
        <w:rPr>
          <w:rFonts w:ascii="Times New Roman" w:hAnsi="Times New Roman" w:cs="Times New Roman"/>
          <w:i/>
        </w:rPr>
        <w:t>/</w:t>
      </w:r>
      <w:r w:rsidR="00025789">
        <w:rPr>
          <w:rFonts w:ascii="Times New Roman" w:hAnsi="Times New Roman" w:cs="Times New Roman"/>
          <w:i/>
        </w:rPr>
        <w:t>26</w:t>
      </w:r>
    </w:p>
    <w:p w14:paraId="45C752A3" w14:textId="21F3263F" w:rsidR="00A02C08" w:rsidRPr="0079687C" w:rsidRDefault="00A02C08" w:rsidP="00A02C08">
      <w:pPr>
        <w:pStyle w:val="Nagwek"/>
        <w:jc w:val="right"/>
        <w:rPr>
          <w:rFonts w:ascii="Times New Roman" w:hAnsi="Times New Roman" w:cs="Times New Roman"/>
          <w:i/>
        </w:rPr>
      </w:pPr>
      <w:r w:rsidRPr="0079687C">
        <w:rPr>
          <w:rFonts w:ascii="Times New Roman" w:hAnsi="Times New Roman" w:cs="Times New Roman"/>
          <w:i/>
        </w:rPr>
        <w:t xml:space="preserve">z </w:t>
      </w:r>
      <w:proofErr w:type="spellStart"/>
      <w:r w:rsidRPr="0079687C">
        <w:rPr>
          <w:rFonts w:ascii="Times New Roman" w:hAnsi="Times New Roman" w:cs="Times New Roman"/>
          <w:i/>
        </w:rPr>
        <w:t>dnia</w:t>
      </w:r>
      <w:proofErr w:type="spellEnd"/>
      <w:r w:rsidRPr="0079687C">
        <w:rPr>
          <w:rFonts w:ascii="Times New Roman" w:hAnsi="Times New Roman" w:cs="Times New Roman"/>
          <w:i/>
        </w:rPr>
        <w:t xml:space="preserve"> </w:t>
      </w:r>
      <w:r w:rsidR="00B33C5A">
        <w:rPr>
          <w:rFonts w:ascii="Times New Roman" w:hAnsi="Times New Roman" w:cs="Times New Roman"/>
          <w:i/>
        </w:rPr>
        <w:t>28</w:t>
      </w:r>
      <w:r w:rsidR="001363D6">
        <w:rPr>
          <w:rFonts w:ascii="Times New Roman" w:hAnsi="Times New Roman" w:cs="Times New Roman"/>
          <w:i/>
        </w:rPr>
        <w:t xml:space="preserve"> </w:t>
      </w:r>
      <w:proofErr w:type="spellStart"/>
      <w:r w:rsidR="00B33C5A">
        <w:rPr>
          <w:rFonts w:ascii="Times New Roman" w:hAnsi="Times New Roman" w:cs="Times New Roman"/>
          <w:i/>
        </w:rPr>
        <w:t>września</w:t>
      </w:r>
      <w:proofErr w:type="spellEnd"/>
      <w:r w:rsidR="00B33C5A">
        <w:rPr>
          <w:rFonts w:ascii="Times New Roman" w:hAnsi="Times New Roman" w:cs="Times New Roman"/>
          <w:i/>
        </w:rPr>
        <w:t xml:space="preserve"> </w:t>
      </w:r>
      <w:r w:rsidRPr="0079687C">
        <w:rPr>
          <w:rFonts w:ascii="Times New Roman" w:hAnsi="Times New Roman" w:cs="Times New Roman"/>
          <w:i/>
        </w:rPr>
        <w:t>202</w:t>
      </w:r>
      <w:r w:rsidR="00025789">
        <w:rPr>
          <w:rFonts w:ascii="Times New Roman" w:hAnsi="Times New Roman" w:cs="Times New Roman"/>
          <w:i/>
        </w:rPr>
        <w:t>6</w:t>
      </w:r>
      <w:r w:rsidRPr="0079687C">
        <w:rPr>
          <w:rFonts w:ascii="Times New Roman" w:hAnsi="Times New Roman" w:cs="Times New Roman"/>
          <w:i/>
        </w:rPr>
        <w:t xml:space="preserve"> r. </w:t>
      </w:r>
    </w:p>
    <w:p w14:paraId="0ABA1C26" w14:textId="77777777" w:rsidR="00A02C08" w:rsidRDefault="00A02C08" w:rsidP="0079687C">
      <w:pPr>
        <w:pStyle w:val="Tytu"/>
        <w:pBdr>
          <w:bottom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</w:p>
    <w:p w14:paraId="20D6849F" w14:textId="77777777" w:rsidR="0079687C" w:rsidRPr="00A02C08" w:rsidRDefault="002E7155" w:rsidP="0079687C">
      <w:pPr>
        <w:pStyle w:val="Tytu"/>
        <w:pBdr>
          <w:bottom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KARTA OCENY MERYTORYCZNEJ WNIOSKU</w:t>
      </w:r>
    </w:p>
    <w:p w14:paraId="60AA7EAF" w14:textId="77777777" w:rsidR="00E5284C" w:rsidRPr="00A02C08" w:rsidRDefault="002E7155" w:rsidP="0079687C">
      <w:pPr>
        <w:pStyle w:val="Tytu"/>
        <w:pBdr>
          <w:bottom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o </w:t>
      </w:r>
      <w:proofErr w:type="spellStart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przyznanie</w:t>
      </w:r>
      <w:proofErr w:type="spellEnd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dotacji</w:t>
      </w:r>
      <w:proofErr w:type="spellEnd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na</w:t>
      </w:r>
      <w:proofErr w:type="spellEnd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rozwój</w:t>
      </w:r>
      <w:proofErr w:type="spellEnd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lo</w:t>
      </w:r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>kalnych</w:t>
      </w:r>
      <w:proofErr w:type="spellEnd"/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>inicjatyw</w:t>
      </w:r>
      <w:proofErr w:type="spellEnd"/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proofErr w:type="spellStart"/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>osiedlowych</w:t>
      </w:r>
      <w:proofErr w:type="spellEnd"/>
      <w:r w:rsidR="0079687C"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</w:p>
    <w:p w14:paraId="07CADEE3" w14:textId="77777777" w:rsidR="008521FD" w:rsidRPr="00A02C08" w:rsidRDefault="0079687C" w:rsidP="0079687C">
      <w:pPr>
        <w:pStyle w:val="Tytu"/>
        <w:pBdr>
          <w:bottom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A02C08">
        <w:rPr>
          <w:rFonts w:ascii="Times New Roman" w:hAnsi="Times New Roman" w:cs="Times New Roman"/>
          <w:b/>
          <w:color w:val="auto"/>
          <w:sz w:val="28"/>
          <w:szCs w:val="24"/>
        </w:rPr>
        <w:t>w </w:t>
      </w:r>
      <w:proofErr w:type="spellStart"/>
      <w:r w:rsidR="002E7155" w:rsidRPr="00A02C08">
        <w:rPr>
          <w:rFonts w:ascii="Times New Roman" w:hAnsi="Times New Roman" w:cs="Times New Roman"/>
          <w:b/>
          <w:color w:val="auto"/>
          <w:sz w:val="28"/>
          <w:szCs w:val="24"/>
        </w:rPr>
        <w:t>Mieście</w:t>
      </w:r>
      <w:proofErr w:type="spellEnd"/>
      <w:r w:rsidR="002E7155" w:rsidRPr="00A02C08">
        <w:rPr>
          <w:rFonts w:ascii="Times New Roman" w:hAnsi="Times New Roman" w:cs="Times New Roman"/>
          <w:b/>
          <w:color w:val="auto"/>
          <w:sz w:val="28"/>
          <w:szCs w:val="24"/>
        </w:rPr>
        <w:t xml:space="preserve"> Świdwin</w:t>
      </w:r>
    </w:p>
    <w:p w14:paraId="0CD55FBE" w14:textId="77777777" w:rsidR="008521FD" w:rsidRPr="0079687C" w:rsidRDefault="002E7155" w:rsidP="0079687C">
      <w:pPr>
        <w:pStyle w:val="Nagwek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9687C">
        <w:rPr>
          <w:rFonts w:ascii="Times New Roman" w:hAnsi="Times New Roman" w:cs="Times New Roman"/>
          <w:color w:val="auto"/>
          <w:sz w:val="24"/>
          <w:szCs w:val="24"/>
        </w:rPr>
        <w:t>I. Dane podstawowe:</w:t>
      </w:r>
    </w:p>
    <w:p w14:paraId="70C6B51E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b/>
          <w:sz w:val="24"/>
          <w:szCs w:val="24"/>
        </w:rPr>
        <w:t xml:space="preserve">Nazwa </w:t>
      </w:r>
      <w:proofErr w:type="spellStart"/>
      <w:r w:rsidRPr="0079687C">
        <w:rPr>
          <w:rFonts w:ascii="Times New Roman" w:hAnsi="Times New Roman" w:cs="Times New Roman"/>
          <w:b/>
          <w:sz w:val="24"/>
          <w:szCs w:val="24"/>
        </w:rPr>
        <w:t>projektu</w:t>
      </w:r>
      <w:proofErr w:type="spellEnd"/>
      <w:r w:rsidRPr="0079687C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79687C">
        <w:rPr>
          <w:rFonts w:ascii="Times New Roman" w:hAnsi="Times New Roman" w:cs="Times New Roman"/>
          <w:b/>
          <w:sz w:val="24"/>
          <w:szCs w:val="24"/>
        </w:rPr>
        <w:t>inicjatywy</w:t>
      </w:r>
      <w:proofErr w:type="spellEnd"/>
      <w:r w:rsidRPr="0079687C">
        <w:rPr>
          <w:rFonts w:ascii="Times New Roman" w:hAnsi="Times New Roman" w:cs="Times New Roman"/>
          <w:b/>
          <w:sz w:val="24"/>
          <w:szCs w:val="24"/>
        </w:rPr>
        <w:t>:</w:t>
      </w:r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r w:rsidRPr="0079687C">
        <w:rPr>
          <w:rFonts w:ascii="Times New Roman" w:hAnsi="Times New Roman" w:cs="Times New Roman"/>
          <w:b/>
          <w:sz w:val="24"/>
          <w:szCs w:val="24"/>
        </w:rPr>
        <w:t xml:space="preserve">Nazwa i nr </w:t>
      </w:r>
      <w:proofErr w:type="spellStart"/>
      <w:r w:rsidRPr="0079687C">
        <w:rPr>
          <w:rFonts w:ascii="Times New Roman" w:hAnsi="Times New Roman" w:cs="Times New Roman"/>
          <w:b/>
          <w:sz w:val="24"/>
          <w:szCs w:val="24"/>
        </w:rPr>
        <w:t>Osiedla</w:t>
      </w:r>
      <w:proofErr w:type="spellEnd"/>
      <w:r w:rsidRPr="0079687C">
        <w:rPr>
          <w:rFonts w:ascii="Times New Roman" w:hAnsi="Times New Roman" w:cs="Times New Roman"/>
          <w:b/>
          <w:sz w:val="24"/>
          <w:szCs w:val="24"/>
        </w:rPr>
        <w:t>:</w:t>
      </w:r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F297A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79687C">
        <w:rPr>
          <w:rFonts w:ascii="Times New Roman" w:hAnsi="Times New Roman" w:cs="Times New Roman"/>
          <w:b/>
          <w:sz w:val="24"/>
          <w:szCs w:val="24"/>
        </w:rPr>
        <w:t>oceny</w:t>
      </w:r>
      <w:proofErr w:type="spellEnd"/>
      <w:r w:rsidRPr="0079687C">
        <w:rPr>
          <w:rFonts w:ascii="Times New Roman" w:hAnsi="Times New Roman" w:cs="Times New Roman"/>
          <w:b/>
          <w:sz w:val="24"/>
          <w:szCs w:val="24"/>
        </w:rPr>
        <w:t>:</w:t>
      </w:r>
      <w:r w:rsidR="001363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86DE3F" w14:textId="77777777" w:rsidR="008521FD" w:rsidRPr="0079687C" w:rsidRDefault="002E7155" w:rsidP="0079687C">
      <w:pPr>
        <w:pStyle w:val="Nagwek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9687C">
        <w:rPr>
          <w:rFonts w:ascii="Times New Roman" w:hAnsi="Times New Roman" w:cs="Times New Roman"/>
          <w:color w:val="auto"/>
          <w:sz w:val="24"/>
          <w:szCs w:val="24"/>
        </w:rPr>
        <w:t>II. Ocena merytoryczna (na podstawie §6 Regulaminu):</w:t>
      </w:r>
    </w:p>
    <w:p w14:paraId="6109082D" w14:textId="77777777" w:rsidR="008521FD" w:rsidRDefault="002E7155" w:rsidP="0079687C">
      <w:pPr>
        <w:pStyle w:val="Listanumerowan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687C">
        <w:rPr>
          <w:rFonts w:ascii="Times New Roman" w:hAnsi="Times New Roman" w:cs="Times New Roman"/>
          <w:sz w:val="24"/>
          <w:szCs w:val="24"/>
        </w:rPr>
        <w:t>Zgodność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celami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dotacji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>:</w:t>
      </w:r>
      <w:r w:rsidRPr="0079687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Czy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służy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poprawie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jakości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życia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integracji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mieszkańców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osiedla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>?</w:t>
      </w:r>
    </w:p>
    <w:p w14:paraId="328B98C4" w14:textId="77777777" w:rsidR="008521FD" w:rsidRPr="0079687C" w:rsidRDefault="008521FD" w:rsidP="0079687C">
      <w:pPr>
        <w:pStyle w:val="Listanumerowana"/>
        <w:numPr>
          <w:ilvl w:val="0"/>
          <w:numId w:val="0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07058B1" w14:textId="77777777" w:rsidR="008521FD" w:rsidRPr="0079687C" w:rsidRDefault="002E7155" w:rsidP="0079687C">
      <w:pPr>
        <w:pStyle w:val="Listanumer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 xml:space="preserve"> Korzyści dla mieszkańców osiedla:</w:t>
      </w:r>
      <w:r w:rsidRPr="0079687C">
        <w:rPr>
          <w:rFonts w:ascii="Times New Roman" w:hAnsi="Times New Roman" w:cs="Times New Roman"/>
          <w:sz w:val="24"/>
          <w:szCs w:val="24"/>
        </w:rPr>
        <w:br/>
        <w:t>Jakie realne efekty i potrzeby mieszkańców uwzględnia projekt?</w:t>
      </w:r>
    </w:p>
    <w:p w14:paraId="61074EB2" w14:textId="77777777" w:rsidR="008521FD" w:rsidRPr="0079687C" w:rsidRDefault="002E7155" w:rsidP="006C0289">
      <w:pPr>
        <w:pStyle w:val="Listanumerowana"/>
      </w:pPr>
      <w:proofErr w:type="spellStart"/>
      <w:r w:rsidRPr="0079687C">
        <w:t>Trwałość</w:t>
      </w:r>
      <w:proofErr w:type="spellEnd"/>
      <w:r w:rsidRPr="0079687C">
        <w:t xml:space="preserve"> </w:t>
      </w:r>
      <w:proofErr w:type="spellStart"/>
      <w:r w:rsidRPr="0079687C">
        <w:t>i</w:t>
      </w:r>
      <w:proofErr w:type="spellEnd"/>
      <w:r w:rsidRPr="0079687C">
        <w:t xml:space="preserve"> </w:t>
      </w:r>
      <w:proofErr w:type="spellStart"/>
      <w:r w:rsidRPr="0079687C">
        <w:t>wpływ</w:t>
      </w:r>
      <w:proofErr w:type="spellEnd"/>
      <w:r w:rsidRPr="0079687C">
        <w:t xml:space="preserve"> </w:t>
      </w:r>
      <w:proofErr w:type="spellStart"/>
      <w:r w:rsidRPr="0079687C">
        <w:t>projektu</w:t>
      </w:r>
      <w:proofErr w:type="spellEnd"/>
      <w:r w:rsidRPr="0079687C">
        <w:t>:</w:t>
      </w:r>
      <w:r w:rsidRPr="0079687C">
        <w:br/>
      </w:r>
    </w:p>
    <w:p w14:paraId="7062FF0B" w14:textId="77777777" w:rsidR="008521FD" w:rsidRPr="0079687C" w:rsidRDefault="002E7155" w:rsidP="0079687C">
      <w:pPr>
        <w:pStyle w:val="Listanumerowan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687C">
        <w:rPr>
          <w:rFonts w:ascii="Times New Roman" w:hAnsi="Times New Roman" w:cs="Times New Roman"/>
          <w:sz w:val="24"/>
          <w:szCs w:val="24"/>
        </w:rPr>
        <w:t>Realność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budżetu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>:</w:t>
      </w:r>
      <w:r w:rsidRPr="0079687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Czy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plan finansowy jest wykonalny i uzasadniony w kontekście działań?</w:t>
      </w:r>
    </w:p>
    <w:p w14:paraId="20DF36EB" w14:textId="77777777" w:rsidR="008521FD" w:rsidRPr="0079687C" w:rsidRDefault="002E7155" w:rsidP="0079687C">
      <w:pPr>
        <w:pStyle w:val="Listanumerowan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687C">
        <w:rPr>
          <w:rFonts w:ascii="Times New Roman" w:hAnsi="Times New Roman" w:cs="Times New Roman"/>
          <w:sz w:val="24"/>
          <w:szCs w:val="24"/>
        </w:rPr>
        <w:t>Harmonogram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>:</w:t>
      </w:r>
      <w:r w:rsidRPr="0079687C">
        <w:rPr>
          <w:rFonts w:ascii="Times New Roman" w:hAnsi="Times New Roman" w:cs="Times New Roman"/>
          <w:sz w:val="24"/>
          <w:szCs w:val="24"/>
        </w:rPr>
        <w:br/>
      </w:r>
    </w:p>
    <w:p w14:paraId="2E4A9AD5" w14:textId="77777777" w:rsidR="008521FD" w:rsidRPr="0079687C" w:rsidRDefault="006C0289" w:rsidP="006C0289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</w:t>
      </w:r>
      <w:r w:rsidR="0079687C">
        <w:rPr>
          <w:rFonts w:ascii="Times New Roman" w:hAnsi="Times New Roman" w:cs="Times New Roman"/>
          <w:sz w:val="24"/>
          <w:szCs w:val="24"/>
        </w:rPr>
        <w:br/>
      </w:r>
      <w:r w:rsidR="002E7155" w:rsidRPr="0079687C">
        <w:rPr>
          <w:rFonts w:ascii="Times New Roman" w:hAnsi="Times New Roman" w:cs="Times New Roman"/>
          <w:b/>
          <w:sz w:val="24"/>
          <w:szCs w:val="24"/>
        </w:rPr>
        <w:t>III. Decyzja komisji oceniającej:</w:t>
      </w:r>
    </w:p>
    <w:p w14:paraId="7F229F76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9687C">
        <w:rPr>
          <w:rFonts w:ascii="Times New Roman" w:hAnsi="Times New Roman" w:cs="Times New Roman"/>
          <w:sz w:val="24"/>
          <w:szCs w:val="24"/>
        </w:rPr>
        <w:t>Akceptacja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wniosku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br/>
        <w:t xml:space="preserve">Brak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akceptacji</w:t>
      </w:r>
      <w:proofErr w:type="spellEnd"/>
      <w:r w:rsidRPr="00796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87C">
        <w:rPr>
          <w:rFonts w:ascii="Times New Roman" w:hAnsi="Times New Roman" w:cs="Times New Roman"/>
          <w:sz w:val="24"/>
          <w:szCs w:val="24"/>
        </w:rPr>
        <w:t>wniosku</w:t>
      </w:r>
      <w:proofErr w:type="spellEnd"/>
    </w:p>
    <w:p w14:paraId="6E4C7A02" w14:textId="77777777" w:rsidR="00025789" w:rsidRDefault="002E7155" w:rsidP="0079687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687C">
        <w:rPr>
          <w:rFonts w:ascii="Times New Roman" w:hAnsi="Times New Roman" w:cs="Times New Roman"/>
          <w:b/>
          <w:sz w:val="24"/>
          <w:szCs w:val="24"/>
        </w:rPr>
        <w:t>Uzasadnien</w:t>
      </w:r>
      <w:r w:rsidR="0079687C" w:rsidRPr="0079687C"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="0079687C" w:rsidRPr="0079687C">
        <w:rPr>
          <w:rFonts w:ascii="Times New Roman" w:hAnsi="Times New Roman" w:cs="Times New Roman"/>
          <w:b/>
          <w:sz w:val="24"/>
          <w:szCs w:val="24"/>
        </w:rPr>
        <w:t>:</w:t>
      </w:r>
    </w:p>
    <w:p w14:paraId="06F1A095" w14:textId="77777777" w:rsidR="00025789" w:rsidRDefault="00025789" w:rsidP="0079687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EAA1F5C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79687C">
        <w:rPr>
          <w:rFonts w:ascii="Times New Roman" w:hAnsi="Times New Roman" w:cs="Times New Roman"/>
          <w:b/>
          <w:sz w:val="24"/>
          <w:szCs w:val="24"/>
        </w:rPr>
        <w:t>IV. Podpisy członków komisji oceniającej:</w:t>
      </w:r>
    </w:p>
    <w:p w14:paraId="5F820534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>1. ___________________________________</w:t>
      </w:r>
    </w:p>
    <w:p w14:paraId="1A0E949A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>2. ___________________________________</w:t>
      </w:r>
    </w:p>
    <w:p w14:paraId="3C67A353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>3. ___________________________________</w:t>
      </w:r>
    </w:p>
    <w:p w14:paraId="6EF176A6" w14:textId="77777777" w:rsidR="008521FD" w:rsidRPr="0079687C" w:rsidRDefault="002E7155" w:rsidP="0079687C">
      <w:pPr>
        <w:pStyle w:val="Nagwek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9687C">
        <w:rPr>
          <w:rFonts w:ascii="Times New Roman" w:hAnsi="Times New Roman" w:cs="Times New Roman"/>
          <w:color w:val="auto"/>
          <w:sz w:val="24"/>
          <w:szCs w:val="24"/>
        </w:rPr>
        <w:t>V. Zatwierdzenie decyzji komisji:</w:t>
      </w:r>
    </w:p>
    <w:p w14:paraId="4061B3CB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>Na podstawie oceny komisji zatwierdzam powyższą decyzję.</w:t>
      </w:r>
      <w:r w:rsidRPr="0079687C">
        <w:rPr>
          <w:rFonts w:ascii="Times New Roman" w:hAnsi="Times New Roman" w:cs="Times New Roman"/>
          <w:sz w:val="24"/>
          <w:szCs w:val="24"/>
        </w:rPr>
        <w:br/>
      </w:r>
    </w:p>
    <w:p w14:paraId="7F3B4563" w14:textId="77777777" w:rsidR="008521FD" w:rsidRPr="0079687C" w:rsidRDefault="002E7155" w:rsidP="00796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687C">
        <w:rPr>
          <w:rFonts w:ascii="Times New Roman" w:hAnsi="Times New Roman" w:cs="Times New Roman"/>
          <w:sz w:val="24"/>
          <w:szCs w:val="24"/>
        </w:rPr>
        <w:t>Data: ____________________________</w:t>
      </w:r>
    </w:p>
    <w:sectPr w:rsidR="008521FD" w:rsidRPr="0079687C" w:rsidSect="00A02C08">
      <w:headerReference w:type="default" r:id="rId8"/>
      <w:pgSz w:w="12240" w:h="15840"/>
      <w:pgMar w:top="851" w:right="1325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4FE9" w14:textId="77777777" w:rsidR="00730DC1" w:rsidRDefault="00730DC1" w:rsidP="0079687C">
      <w:pPr>
        <w:spacing w:after="0" w:line="240" w:lineRule="auto"/>
      </w:pPr>
      <w:r>
        <w:separator/>
      </w:r>
    </w:p>
  </w:endnote>
  <w:endnote w:type="continuationSeparator" w:id="0">
    <w:p w14:paraId="7F3412EB" w14:textId="77777777" w:rsidR="00730DC1" w:rsidRDefault="00730DC1" w:rsidP="0079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DE3C" w14:textId="77777777" w:rsidR="00730DC1" w:rsidRDefault="00730DC1" w:rsidP="0079687C">
      <w:pPr>
        <w:spacing w:after="0" w:line="240" w:lineRule="auto"/>
      </w:pPr>
      <w:r>
        <w:separator/>
      </w:r>
    </w:p>
  </w:footnote>
  <w:footnote w:type="continuationSeparator" w:id="0">
    <w:p w14:paraId="7873B87E" w14:textId="77777777" w:rsidR="00730DC1" w:rsidRDefault="00730DC1" w:rsidP="0079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5525" w14:textId="77777777" w:rsidR="0079687C" w:rsidRPr="00A02C08" w:rsidRDefault="0079687C" w:rsidP="00A02C08">
    <w:pPr>
      <w:pStyle w:val="Nagwek"/>
    </w:pPr>
    <w:r w:rsidRPr="00A02C0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0D0E1F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0405739">
    <w:abstractNumId w:val="8"/>
  </w:num>
  <w:num w:numId="2" w16cid:durableId="1082725302">
    <w:abstractNumId w:val="6"/>
  </w:num>
  <w:num w:numId="3" w16cid:durableId="600142918">
    <w:abstractNumId w:val="5"/>
  </w:num>
  <w:num w:numId="4" w16cid:durableId="529685567">
    <w:abstractNumId w:val="4"/>
  </w:num>
  <w:num w:numId="5" w16cid:durableId="639919399">
    <w:abstractNumId w:val="7"/>
  </w:num>
  <w:num w:numId="6" w16cid:durableId="1715813755">
    <w:abstractNumId w:val="3"/>
  </w:num>
  <w:num w:numId="7" w16cid:durableId="1214999758">
    <w:abstractNumId w:val="2"/>
  </w:num>
  <w:num w:numId="8" w16cid:durableId="1256093374">
    <w:abstractNumId w:val="1"/>
  </w:num>
  <w:num w:numId="9" w16cid:durableId="137547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789"/>
    <w:rsid w:val="00034616"/>
    <w:rsid w:val="0006063C"/>
    <w:rsid w:val="00072E9D"/>
    <w:rsid w:val="000A2416"/>
    <w:rsid w:val="001363D6"/>
    <w:rsid w:val="0015074B"/>
    <w:rsid w:val="0029639D"/>
    <w:rsid w:val="002E7155"/>
    <w:rsid w:val="00324EAB"/>
    <w:rsid w:val="00326F90"/>
    <w:rsid w:val="003657B4"/>
    <w:rsid w:val="00454D3E"/>
    <w:rsid w:val="006C0289"/>
    <w:rsid w:val="00713021"/>
    <w:rsid w:val="00730DC1"/>
    <w:rsid w:val="00795F2B"/>
    <w:rsid w:val="0079687C"/>
    <w:rsid w:val="008521FD"/>
    <w:rsid w:val="00A02C08"/>
    <w:rsid w:val="00A60EA2"/>
    <w:rsid w:val="00AA1D8D"/>
    <w:rsid w:val="00AB65B0"/>
    <w:rsid w:val="00B21B87"/>
    <w:rsid w:val="00B33C5A"/>
    <w:rsid w:val="00B47730"/>
    <w:rsid w:val="00CB0664"/>
    <w:rsid w:val="00CD336E"/>
    <w:rsid w:val="00E528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AB3603"/>
  <w14:defaultImageDpi w14:val="300"/>
  <w15:docId w15:val="{0712A896-6E62-443A-8BB0-8D57286B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CE879F-F531-4F9B-A2B4-42E5B9E6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Dorotka Kmieć</cp:lastModifiedBy>
  <cp:revision>2</cp:revision>
  <cp:lastPrinted>2026-08-28T07:20:00Z</cp:lastPrinted>
  <dcterms:created xsi:type="dcterms:W3CDTF">2026-09-30T07:25:00Z</dcterms:created>
  <dcterms:modified xsi:type="dcterms:W3CDTF">2026-09-30T07:25:00Z</dcterms:modified>
</cp:coreProperties>
</file>